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LARANJAL PAULISTA”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Laranjal Paulista,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Laranjal Paulista.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Laranjal Paulista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Laranjal Paulista</w:t>
        <w:br/>
        <w:t>Rua (inserir endereço correto da unidade) – Laranjal Paulista/SP</w:t>
        <w:br/>
        <w:t>WhatsApp: (inserir número da unidade)</w:t>
        <w:br/>
        <w:t>Instagram: @odontoexcellencelaranjalpaulista</w:t>
        <w:br/>
        <w:t>Site: laranjalpaulista.franquiaodontoexcellence.com.br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